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  <w:bidi w:val="1"/>
      </w:pPr>
      <w:r>
        <w:rPr>
          <w:rFonts w:ascii="Arial" w:hAnsi="Arial" w:cs="Arial"/>
          <w:b/>
          <w:color w:val="1E6E68"/>
          <w:sz w:val="34"/>
          <w:rtl w:val="1"/>
        </w:rPr>
        <w:t>سند قبض إيجار</w:t>
      </w:r>
    </w:p>
    <w:p>
      <w:pPr>
        <w:spacing w:after="280"/>
        <w:jc w:val="center"/>
        <w:bidi w:val="1"/>
      </w:pPr>
      <w:r>
        <w:rPr>
          <w:rFonts w:ascii="Arial" w:hAnsi="Arial" w:cs="Arial"/>
          <w:b w:val="0"/>
          <w:color w:val="8A5A00"/>
          <w:sz w:val="18"/>
          <w:rtl w:val="1"/>
        </w:rPr>
        <w:t>نموذج مجّانيّ من اجارات — ajarat.net · نسختان بالصفحة: للمؤجّر وللمستأجر</w:t>
      </w:r>
    </w:p>
    <w:p>
      <w:pPr>
        <w:spacing w:after="20"/>
        <w:jc w:val="center"/>
        <w:bidi w:val="1"/>
      </w:pPr>
      <w:r>
        <w:rPr>
          <w:rFonts w:ascii="Arial" w:hAnsi="Arial" w:cs="Arial"/>
          <w:b/>
          <w:color w:val="1E6E68"/>
          <w:sz w:val="30"/>
          <w:rtl w:val="1"/>
        </w:rPr>
        <w:t>سند قبض إيجار</w:t>
      </w:r>
    </w:p>
    <w:p>
      <w:pPr>
        <w:spacing w:after="160"/>
        <w:jc w:val="center"/>
        <w:bidi w:val="1"/>
      </w:pPr>
      <w:r>
        <w:rPr>
          <w:rFonts w:ascii="Arial" w:hAnsi="Arial" w:cs="Arial"/>
          <w:b w:val="0"/>
          <w:color w:val="8A5A00"/>
          <w:sz w:val="18"/>
          <w:rtl w:val="1"/>
        </w:rPr>
        <w:t>النسخة الأولى — تبقى لدى المؤجّر</w:t>
      </w:r>
    </w:p>
    <w:p>
      <w:pPr>
        <w:spacing w:after="160"/>
        <w:jc w:val="right"/>
        <w:bidi w:val="1"/>
      </w:pPr>
      <w:r>
        <w:rPr>
          <w:rFonts w:ascii="Arial" w:hAnsi="Arial" w:cs="Arial"/>
          <w:b w:val="0"/>
          <w:sz w:val="22"/>
          <w:rtl w:val="1"/>
        </w:rPr>
        <w:t>رقم السند: ………………………………          التاريخ: ………………………………</w:t>
      </w:r>
    </w:p>
    <w:p>
      <w:pPr>
        <w:spacing w:after="120"/>
        <w:jc w:val="right"/>
        <w:bidi w:val="1"/>
      </w:pPr>
      <w:r>
        <w:rPr>
          <w:rFonts w:ascii="Arial" w:hAnsi="Arial" w:cs="Arial"/>
          <w:b w:val="0"/>
          <w:sz w:val="22"/>
          <w:rtl w:val="1"/>
        </w:rPr>
        <w:t>استلمتُ أنا الموقّع أدناه (المؤجّر): ……………………………… — من السيّد/ة (المستأجر): ………………………………</w:t>
      </w:r>
    </w:p>
    <w:p>
      <w:pPr>
        <w:spacing w:after="120"/>
        <w:jc w:val="right"/>
        <w:bidi w:val="1"/>
      </w:pPr>
      <w:r>
        <w:rPr>
          <w:rFonts w:ascii="Arial" w:hAnsi="Arial" w:cs="Arial"/>
          <w:b w:val="0"/>
          <w:sz w:val="22"/>
          <w:rtl w:val="1"/>
        </w:rPr>
        <w:t>مبلغاً وقدره رقماً ( ……………………………… ) ديناراً أردنيّاً، وكتابةً: ……………………………………………………………… .</w:t>
      </w:r>
    </w:p>
    <w:p>
      <w:pPr>
        <w:spacing w:after="120"/>
        <w:jc w:val="right"/>
        <w:bidi w:val="1"/>
      </w:pPr>
      <w:r>
        <w:rPr>
          <w:rFonts w:ascii="Arial" w:hAnsi="Arial" w:cs="Arial"/>
          <w:b w:val="0"/>
          <w:sz w:val="22"/>
          <w:rtl w:val="1"/>
        </w:rPr>
        <w:t>وذلك بدل إيجار العقار/الوحدة: ………………………………………………………………</w:t>
      </w:r>
    </w:p>
    <w:p>
      <w:pPr>
        <w:spacing w:after="120"/>
        <w:jc w:val="right"/>
        <w:bidi w:val="1"/>
      </w:pPr>
      <w:r>
        <w:rPr>
          <w:rFonts w:ascii="Arial" w:hAnsi="Arial" w:cs="Arial"/>
          <w:b w:val="0"/>
          <w:sz w:val="22"/>
          <w:rtl w:val="1"/>
        </w:rPr>
        <w:t>عن الفترة من ……………………………… إلى ……………………………… .</w:t>
      </w:r>
    </w:p>
    <w:p>
      <w:pPr>
        <w:spacing w:after="120"/>
        <w:jc w:val="right"/>
        <w:bidi w:val="1"/>
      </w:pPr>
      <w:r>
        <w:rPr>
          <w:rFonts w:ascii="Arial" w:hAnsi="Arial" w:cs="Arial"/>
          <w:b w:val="0"/>
          <w:sz w:val="22"/>
          <w:rtl w:val="1"/>
        </w:rPr>
        <w:t>طريقة الدفع:  ☐ نقداً    ☐ شيك رقم …………… بنك ……………    ☐ حوالة بنكيّة    ☐ محفظة إلكترونيّة</w:t>
      </w:r>
    </w:p>
    <w:p>
      <w:pPr>
        <w:spacing w:after="120"/>
        <w:jc w:val="right"/>
        <w:bidi w:val="1"/>
      </w:pPr>
      <w:r>
        <w:rPr>
          <w:rFonts w:ascii="Arial" w:hAnsi="Arial" w:cs="Arial"/>
          <w:b w:val="0"/>
          <w:sz w:val="22"/>
          <w:rtl w:val="1"/>
        </w:rPr>
        <w:t>الرصيد المتبقّي عن هذه الفترة إن وُجد: ( ……………………………… ) ديناراً.</w:t>
      </w:r>
    </w:p>
    <w:p>
      <w:pPr>
        <w:spacing w:after="200"/>
        <w:jc w:val="right"/>
        <w:bidi w:val="1"/>
      </w:pPr>
      <w:r>
        <w:rPr>
          <w:rFonts w:ascii="Arial" w:hAnsi="Arial" w:cs="Arial"/>
          <w:b w:val="0"/>
          <w:sz w:val="22"/>
          <w:rtl w:val="1"/>
        </w:rPr>
        <w:t>ملاحظات: ………………………………………………………………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  <w:bidi w:val="1"/>
            </w:pPr>
            <w:r>
              <w:rPr>
                <w:rFonts w:ascii="Arial" w:hAnsi="Arial" w:cs="Arial"/>
                <w:b/>
                <w:sz w:val="20"/>
                <w:rtl w:val="1"/>
              </w:rPr>
              <w:t>المستلِم (المؤجّر أو وكيله) — الاسم والتوقيع</w:t>
            </w:r>
          </w:p>
        </w:tc>
        <w:tc>
          <w:tcPr>
            <w:tcW w:type="dxa" w:w="4986"/>
          </w:tcPr>
          <w:p>
            <w:pPr>
              <w:jc w:val="center"/>
              <w:bidi w:val="1"/>
            </w:pPr>
            <w:r>
              <w:rPr>
                <w:rFonts w:ascii="Arial" w:hAnsi="Arial" w:cs="Arial"/>
                <w:b/>
                <w:sz w:val="20"/>
                <w:rtl w:val="1"/>
              </w:rPr>
              <w:t>المستأجر — استلم نسخة (الاسم والتوقيع)</w:t>
            </w:r>
          </w:p>
        </w:tc>
      </w:tr>
      <w:tr>
        <w:tc>
          <w:tcPr>
            <w:tcW w:type="dxa" w:w="4986"/>
          </w:tcPr>
          <w:p>
            <w:r>
              <w:br/>
              <w:br/>
            </w:r>
          </w:p>
        </w:tc>
        <w:tc>
          <w:tcPr>
            <w:tcW w:type="dxa" w:w="4986"/>
          </w:tcPr>
          <w:p>
            <w:r>
              <w:br/>
              <w:br/>
            </w:r>
          </w:p>
        </w:tc>
      </w:tr>
    </w:tbl>
    <w:p>
      <w:pPr>
        <w:spacing w:after="120"/>
        <w:jc w:val="center"/>
        <w:bidi w:val="1"/>
      </w:pPr>
      <w:r>
        <w:rPr>
          <w:rFonts w:ascii="Arial" w:hAnsi="Arial" w:cs="Arial"/>
          <w:b w:val="0"/>
          <w:color w:val="8A5A00"/>
          <w:sz w:val="18"/>
          <w:rtl w:val="1"/>
        </w:rPr>
        <w:t>يُحرَّر هذا السند من نسختين: نسخة للمؤجّر ونسخة للمستأجر — والاحتفاظ به دليل السداد عند أيّ خلاف.</w:t>
      </w:r>
    </w:p>
    <w:p>
      <w:pPr>
        <w:spacing w:after="200"/>
        <w:jc w:val="center"/>
        <w:bidi w:val="1"/>
      </w:pPr>
      <w:r>
        <w:rPr>
          <w:rFonts w:ascii="Arial" w:hAnsi="Arial" w:cs="Arial"/>
          <w:b w:val="0"/>
          <w:color w:val="8A5A00"/>
          <w:sz w:val="18"/>
          <w:rtl w:val="1"/>
        </w:rPr>
        <w:t>✂ - - - - - - - - - - - - - - - - - - - - - - - - - - - - - - - - - - - - - - - - - - - - - - - - - - - - - -</w:t>
      </w:r>
    </w:p>
    <w:p>
      <w:pPr>
        <w:spacing w:after="20"/>
        <w:jc w:val="center"/>
        <w:bidi w:val="1"/>
      </w:pPr>
      <w:r>
        <w:rPr>
          <w:rFonts w:ascii="Arial" w:hAnsi="Arial" w:cs="Arial"/>
          <w:b/>
          <w:color w:val="1E6E68"/>
          <w:sz w:val="30"/>
          <w:rtl w:val="1"/>
        </w:rPr>
        <w:t>سند قبض إيجار</w:t>
      </w:r>
    </w:p>
    <w:p>
      <w:pPr>
        <w:spacing w:after="160"/>
        <w:jc w:val="center"/>
        <w:bidi w:val="1"/>
      </w:pPr>
      <w:r>
        <w:rPr>
          <w:rFonts w:ascii="Arial" w:hAnsi="Arial" w:cs="Arial"/>
          <w:b w:val="0"/>
          <w:color w:val="8A5A00"/>
          <w:sz w:val="18"/>
          <w:rtl w:val="1"/>
        </w:rPr>
        <w:t>النسخة الثانية — تُسلَّم للمستأجر</w:t>
      </w:r>
    </w:p>
    <w:p>
      <w:pPr>
        <w:spacing w:after="160"/>
        <w:jc w:val="right"/>
        <w:bidi w:val="1"/>
      </w:pPr>
      <w:r>
        <w:rPr>
          <w:rFonts w:ascii="Arial" w:hAnsi="Arial" w:cs="Arial"/>
          <w:b w:val="0"/>
          <w:sz w:val="22"/>
          <w:rtl w:val="1"/>
        </w:rPr>
        <w:t>رقم السند: ………………………………          التاريخ: ………………………………</w:t>
      </w:r>
    </w:p>
    <w:p>
      <w:pPr>
        <w:spacing w:after="120"/>
        <w:jc w:val="right"/>
        <w:bidi w:val="1"/>
      </w:pPr>
      <w:r>
        <w:rPr>
          <w:rFonts w:ascii="Arial" w:hAnsi="Arial" w:cs="Arial"/>
          <w:b w:val="0"/>
          <w:sz w:val="22"/>
          <w:rtl w:val="1"/>
        </w:rPr>
        <w:t>استلمتُ أنا الموقّع أدناه (المؤجّر): ……………………………… — من السيّد/ة (المستأجر): ………………………………</w:t>
      </w:r>
    </w:p>
    <w:p>
      <w:pPr>
        <w:spacing w:after="120"/>
        <w:jc w:val="right"/>
        <w:bidi w:val="1"/>
      </w:pPr>
      <w:r>
        <w:rPr>
          <w:rFonts w:ascii="Arial" w:hAnsi="Arial" w:cs="Arial"/>
          <w:b w:val="0"/>
          <w:sz w:val="22"/>
          <w:rtl w:val="1"/>
        </w:rPr>
        <w:t>مبلغاً وقدره رقماً ( ……………………………… ) ديناراً أردنيّاً، وكتابةً: ……………………………………………………………… .</w:t>
      </w:r>
    </w:p>
    <w:p>
      <w:pPr>
        <w:spacing w:after="120"/>
        <w:jc w:val="right"/>
        <w:bidi w:val="1"/>
      </w:pPr>
      <w:r>
        <w:rPr>
          <w:rFonts w:ascii="Arial" w:hAnsi="Arial" w:cs="Arial"/>
          <w:b w:val="0"/>
          <w:sz w:val="22"/>
          <w:rtl w:val="1"/>
        </w:rPr>
        <w:t>وذلك بدل إيجار العقار/الوحدة: ………………………………………………………………</w:t>
      </w:r>
    </w:p>
    <w:p>
      <w:pPr>
        <w:spacing w:after="120"/>
        <w:jc w:val="right"/>
        <w:bidi w:val="1"/>
      </w:pPr>
      <w:r>
        <w:rPr>
          <w:rFonts w:ascii="Arial" w:hAnsi="Arial" w:cs="Arial"/>
          <w:b w:val="0"/>
          <w:sz w:val="22"/>
          <w:rtl w:val="1"/>
        </w:rPr>
        <w:t>عن الفترة من ……………………………… إلى ……………………………… .</w:t>
      </w:r>
    </w:p>
    <w:p>
      <w:pPr>
        <w:spacing w:after="120"/>
        <w:jc w:val="right"/>
        <w:bidi w:val="1"/>
      </w:pPr>
      <w:r>
        <w:rPr>
          <w:rFonts w:ascii="Arial" w:hAnsi="Arial" w:cs="Arial"/>
          <w:b w:val="0"/>
          <w:sz w:val="22"/>
          <w:rtl w:val="1"/>
        </w:rPr>
        <w:t>طريقة الدفع:  ☐ نقداً    ☐ شيك رقم …………… بنك ……………    ☐ حوالة بنكيّة    ☐ محفظة إلكترونيّة</w:t>
      </w:r>
    </w:p>
    <w:p>
      <w:pPr>
        <w:spacing w:after="120"/>
        <w:jc w:val="right"/>
        <w:bidi w:val="1"/>
      </w:pPr>
      <w:r>
        <w:rPr>
          <w:rFonts w:ascii="Arial" w:hAnsi="Arial" w:cs="Arial"/>
          <w:b w:val="0"/>
          <w:sz w:val="22"/>
          <w:rtl w:val="1"/>
        </w:rPr>
        <w:t>الرصيد المتبقّي عن هذه الفترة إن وُجد: ( ……………………………… ) ديناراً.</w:t>
      </w:r>
    </w:p>
    <w:p>
      <w:pPr>
        <w:spacing w:after="200"/>
        <w:jc w:val="right"/>
        <w:bidi w:val="1"/>
      </w:pPr>
      <w:r>
        <w:rPr>
          <w:rFonts w:ascii="Arial" w:hAnsi="Arial" w:cs="Arial"/>
          <w:b w:val="0"/>
          <w:sz w:val="22"/>
          <w:rtl w:val="1"/>
        </w:rPr>
        <w:t>ملاحظات: ………………………………………………………………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  <w:bidi w:val="1"/>
            </w:pPr>
            <w:r>
              <w:rPr>
                <w:rFonts w:ascii="Arial" w:hAnsi="Arial" w:cs="Arial"/>
                <w:b/>
                <w:sz w:val="20"/>
                <w:rtl w:val="1"/>
              </w:rPr>
              <w:t>المستلِم (المؤجّر أو وكيله) — الاسم والتوقيع</w:t>
            </w:r>
          </w:p>
        </w:tc>
        <w:tc>
          <w:tcPr>
            <w:tcW w:type="dxa" w:w="4986"/>
          </w:tcPr>
          <w:p>
            <w:pPr>
              <w:jc w:val="center"/>
              <w:bidi w:val="1"/>
            </w:pPr>
            <w:r>
              <w:rPr>
                <w:rFonts w:ascii="Arial" w:hAnsi="Arial" w:cs="Arial"/>
                <w:b/>
                <w:sz w:val="20"/>
                <w:rtl w:val="1"/>
              </w:rPr>
              <w:t>المستأجر — استلم نسخة (الاسم والتوقيع)</w:t>
            </w:r>
          </w:p>
        </w:tc>
      </w:tr>
      <w:tr>
        <w:tc>
          <w:tcPr>
            <w:tcW w:type="dxa" w:w="4986"/>
          </w:tcPr>
          <w:p>
            <w:r>
              <w:br/>
              <w:br/>
            </w:r>
          </w:p>
        </w:tc>
        <w:tc>
          <w:tcPr>
            <w:tcW w:type="dxa" w:w="4986"/>
          </w:tcPr>
          <w:p>
            <w:r>
              <w:br/>
              <w:br/>
            </w:r>
          </w:p>
        </w:tc>
      </w:tr>
    </w:tbl>
    <w:p>
      <w:pPr>
        <w:spacing w:after="120"/>
        <w:jc w:val="center"/>
        <w:bidi w:val="1"/>
      </w:pPr>
      <w:r>
        <w:rPr>
          <w:rFonts w:ascii="Arial" w:hAnsi="Arial" w:cs="Arial"/>
          <w:b w:val="0"/>
          <w:color w:val="8A5A00"/>
          <w:sz w:val="18"/>
          <w:rtl w:val="1"/>
        </w:rPr>
        <w:t>يُحرَّر هذا السند من نسختين: نسخة للمؤجّر ونسخة للمستأجر — والاحتفاظ به دليل السداد عند أيّ خلاف.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